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6FF61"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3B000481"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0AB9A1A8"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0E7B66E0"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2F2665BC"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6F19A646"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460CC87C"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73741D07"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488A8988"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05CB0724"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58DDB6A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4CB54F47"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62AF477C"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79564113"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7D0B7EB8"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3D094CC2"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28D28851"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2FC45D19"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1B34617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438C2D2F"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73AE2FD3" w14:textId="77777777" w:rsidR="00913BB3" w:rsidRDefault="00913BB3" w:rsidP="00687C7F">
      <w:pPr>
        <w:jc w:val="both"/>
        <w:rPr>
          <w:rFonts w:asciiTheme="majorBidi" w:hAnsiTheme="majorBidi" w:cstheme="majorBidi"/>
        </w:rPr>
      </w:pPr>
      <w:r>
        <w:rPr>
          <w:rFonts w:asciiTheme="majorBidi" w:hAnsiTheme="majorBidi" w:cstheme="majorBidi"/>
        </w:rPr>
        <w:t>(1)</w:t>
      </w:r>
    </w:p>
    <w:p w14:paraId="7C6DA3FD"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1539284F" w14:textId="77777777" w:rsidR="00687C7F" w:rsidRPr="00687C7F" w:rsidRDefault="00687C7F" w:rsidP="00687C7F">
      <w:pPr>
        <w:jc w:val="both"/>
        <w:rPr>
          <w:rFonts w:asciiTheme="majorBidi" w:hAnsiTheme="majorBidi" w:cstheme="majorBidi"/>
          <w:b/>
          <w:bCs/>
        </w:rPr>
      </w:pPr>
    </w:p>
    <w:p w14:paraId="4CCC1ADE"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4D2F8B04"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33F50686" w14:textId="77777777" w:rsidR="00687C7F" w:rsidRPr="00687C7F" w:rsidRDefault="00687C7F" w:rsidP="00687C7F">
      <w:pPr>
        <w:jc w:val="both"/>
        <w:rPr>
          <w:rFonts w:asciiTheme="majorBidi" w:hAnsiTheme="majorBidi" w:cstheme="majorBidi"/>
        </w:rPr>
      </w:pPr>
    </w:p>
    <w:p w14:paraId="5A081600" w14:textId="77777777" w:rsidR="00687C7F" w:rsidRPr="00687C7F" w:rsidRDefault="00687C7F" w:rsidP="00687C7F">
      <w:pPr>
        <w:jc w:val="both"/>
        <w:rPr>
          <w:rFonts w:asciiTheme="majorBidi" w:eastAsia="Times New Roman" w:hAnsiTheme="majorBidi" w:cstheme="majorBidi"/>
          <w:b/>
          <w:bCs/>
          <w:sz w:val="22"/>
          <w:lang w:eastAsia="de-DE"/>
        </w:rPr>
      </w:pPr>
    </w:p>
    <w:p w14:paraId="0340D73E"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3BE7C392"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98E25CF"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D4D7090"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EE4002D"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590298F0"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5469061"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F1DB8FF"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24EEDB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6C051179"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3B21B02"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2C3042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E841421"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302708E5"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97C46D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FB697E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AEF0F34"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648D0C36" w14:textId="77777777" w:rsidR="00687C7F" w:rsidRPr="00687C7F" w:rsidRDefault="00687C7F" w:rsidP="00687C7F">
      <w:pPr>
        <w:jc w:val="both"/>
        <w:rPr>
          <w:rFonts w:asciiTheme="majorBidi" w:hAnsiTheme="majorBidi" w:cstheme="majorBidi"/>
        </w:rPr>
      </w:pPr>
    </w:p>
    <w:p w14:paraId="121A575A" w14:textId="77777777" w:rsidR="00383F0F" w:rsidRPr="00687C7F" w:rsidRDefault="00383F0F" w:rsidP="00687C7F">
      <w:pPr>
        <w:jc w:val="both"/>
        <w:rPr>
          <w:rFonts w:asciiTheme="majorBidi" w:hAnsiTheme="majorBidi" w:cstheme="majorBidi"/>
        </w:rPr>
      </w:pPr>
    </w:p>
    <w:p w14:paraId="1795C21C"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2462E1E7" wp14:editId="0081143E">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6744584D"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43FC81A7" w14:textId="77777777" w:rsidR="00383F0F" w:rsidRPr="00687C7F" w:rsidRDefault="00383F0F" w:rsidP="00687C7F">
      <w:pPr>
        <w:jc w:val="both"/>
        <w:rPr>
          <w:rFonts w:asciiTheme="majorBidi" w:hAnsiTheme="majorBidi" w:cstheme="majorBidi"/>
          <w:b/>
          <w:bCs/>
          <w:sz w:val="22"/>
          <w:szCs w:val="20"/>
        </w:rPr>
      </w:pPr>
    </w:p>
    <w:p w14:paraId="4906AAED"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1FD815F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3FCFBD0F"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1F94CCDB"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2A83B052"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19100D9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17E503A3"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47C95224"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11610553"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5215F740"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2FBB31A3"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3B6BF675"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37DAC1D8"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5E4B3F0D"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07BECFC9"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3E360160"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38DF91EC" w14:textId="77777777" w:rsidR="00E01F49" w:rsidRDefault="00E01F49" w:rsidP="00655BFE">
      <w:pPr>
        <w:jc w:val="both"/>
        <w:rPr>
          <w:rFonts w:asciiTheme="majorBidi" w:hAnsiTheme="majorBidi" w:cstheme="majorBidi"/>
          <w:rtl/>
        </w:rPr>
      </w:pPr>
    </w:p>
    <w:p w14:paraId="73EDE099" w14:textId="77777777" w:rsidR="00E01F49" w:rsidRDefault="00E01F49" w:rsidP="00655BFE">
      <w:pPr>
        <w:jc w:val="both"/>
        <w:rPr>
          <w:rFonts w:asciiTheme="majorBidi" w:hAnsiTheme="majorBidi" w:cstheme="majorBidi"/>
          <w:rtl/>
        </w:rPr>
      </w:pPr>
    </w:p>
    <w:p w14:paraId="07CE53EF" w14:textId="77777777" w:rsidR="00E01F49" w:rsidRDefault="00E01F49" w:rsidP="00655BFE">
      <w:pPr>
        <w:jc w:val="both"/>
        <w:rPr>
          <w:rFonts w:asciiTheme="majorBidi" w:hAnsiTheme="majorBidi" w:cstheme="majorBidi"/>
          <w:rtl/>
        </w:rPr>
      </w:pPr>
    </w:p>
    <w:p w14:paraId="11769F2A" w14:textId="77777777" w:rsidR="00FB33D3" w:rsidRDefault="00FB33D3" w:rsidP="00655BFE">
      <w:pPr>
        <w:jc w:val="both"/>
        <w:rPr>
          <w:rFonts w:asciiTheme="majorBidi" w:hAnsiTheme="majorBidi" w:cstheme="majorBidi"/>
          <w:rtl/>
        </w:rPr>
      </w:pPr>
    </w:p>
    <w:p w14:paraId="0EC4CF99" w14:textId="77777777" w:rsidR="00FB33D3" w:rsidRDefault="00FB33D3" w:rsidP="00655BFE">
      <w:pPr>
        <w:jc w:val="both"/>
        <w:rPr>
          <w:rFonts w:asciiTheme="majorBidi" w:hAnsiTheme="majorBidi" w:cstheme="majorBidi"/>
          <w:rtl/>
        </w:rPr>
      </w:pPr>
    </w:p>
    <w:p w14:paraId="2F5CE30B" w14:textId="77777777" w:rsidR="00FB33D3" w:rsidRDefault="00FB33D3" w:rsidP="00655BFE">
      <w:pPr>
        <w:jc w:val="both"/>
        <w:rPr>
          <w:rFonts w:asciiTheme="majorBidi" w:hAnsiTheme="majorBidi" w:cstheme="majorBidi"/>
          <w:rtl/>
        </w:rPr>
      </w:pPr>
    </w:p>
    <w:p w14:paraId="197EFB42" w14:textId="77777777" w:rsidR="00FB33D3" w:rsidRDefault="00FB33D3" w:rsidP="00655BFE">
      <w:pPr>
        <w:jc w:val="both"/>
        <w:rPr>
          <w:rFonts w:asciiTheme="majorBidi" w:hAnsiTheme="majorBidi" w:cstheme="majorBidi"/>
          <w:rtl/>
        </w:rPr>
      </w:pPr>
    </w:p>
    <w:p w14:paraId="3779D9C9" w14:textId="77777777" w:rsidR="00E01F49" w:rsidRDefault="00E01F49" w:rsidP="00655BFE">
      <w:pPr>
        <w:jc w:val="both"/>
        <w:rPr>
          <w:rFonts w:asciiTheme="majorBidi" w:hAnsiTheme="majorBidi" w:cstheme="majorBidi"/>
          <w:rtl/>
        </w:rPr>
      </w:pPr>
    </w:p>
    <w:p w14:paraId="58A4C072"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00310C9B" w14:textId="77777777" w:rsidTr="00FB50E0">
        <w:trPr>
          <w:trHeight w:val="398"/>
          <w:jc w:val="center"/>
        </w:trPr>
        <w:tc>
          <w:tcPr>
            <w:tcW w:w="2320" w:type="dxa"/>
            <w:vAlign w:val="center"/>
          </w:tcPr>
          <w:p w14:paraId="4377B9BE"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631D902D"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6EF7958A" w14:textId="77777777" w:rsidTr="00FB50E0">
        <w:trPr>
          <w:trHeight w:val="377"/>
          <w:jc w:val="center"/>
        </w:trPr>
        <w:tc>
          <w:tcPr>
            <w:tcW w:w="2320" w:type="dxa"/>
            <w:vAlign w:val="center"/>
          </w:tcPr>
          <w:p w14:paraId="74BD4C41"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1D23516D"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7423B6DF" w14:textId="77777777" w:rsidTr="00FB50E0">
        <w:trPr>
          <w:trHeight w:val="377"/>
          <w:jc w:val="center"/>
        </w:trPr>
        <w:tc>
          <w:tcPr>
            <w:tcW w:w="2320" w:type="dxa"/>
            <w:vAlign w:val="center"/>
          </w:tcPr>
          <w:p w14:paraId="2B30D242"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0AFF0306"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091BCF96" w14:textId="77777777" w:rsidTr="00FB50E0">
        <w:trPr>
          <w:trHeight w:val="377"/>
          <w:jc w:val="center"/>
        </w:trPr>
        <w:tc>
          <w:tcPr>
            <w:tcW w:w="2320" w:type="dxa"/>
            <w:vAlign w:val="center"/>
          </w:tcPr>
          <w:p w14:paraId="192B83F9"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35729DC8"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187AECD8" w14:textId="77777777" w:rsidTr="00FB50E0">
        <w:trPr>
          <w:trHeight w:val="377"/>
          <w:jc w:val="center"/>
        </w:trPr>
        <w:tc>
          <w:tcPr>
            <w:tcW w:w="2320" w:type="dxa"/>
            <w:vAlign w:val="center"/>
          </w:tcPr>
          <w:p w14:paraId="0AF75D60"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4EC5E1F9"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7CFA4F16" w14:textId="77777777" w:rsidTr="00FB50E0">
        <w:trPr>
          <w:trHeight w:val="377"/>
          <w:jc w:val="center"/>
        </w:trPr>
        <w:tc>
          <w:tcPr>
            <w:tcW w:w="2320" w:type="dxa"/>
            <w:vAlign w:val="center"/>
          </w:tcPr>
          <w:p w14:paraId="3EDCD6B6"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3925DF75"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3A3FC9F8" w14:textId="77777777" w:rsidTr="00FB50E0">
        <w:trPr>
          <w:trHeight w:val="377"/>
          <w:jc w:val="center"/>
        </w:trPr>
        <w:tc>
          <w:tcPr>
            <w:tcW w:w="2320" w:type="dxa"/>
            <w:vAlign w:val="center"/>
          </w:tcPr>
          <w:p w14:paraId="29B8F90D"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38373D84"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54E45755" w14:textId="77777777" w:rsidTr="00FB50E0">
        <w:trPr>
          <w:trHeight w:val="377"/>
          <w:jc w:val="center"/>
        </w:trPr>
        <w:tc>
          <w:tcPr>
            <w:tcW w:w="2320" w:type="dxa"/>
            <w:vAlign w:val="center"/>
          </w:tcPr>
          <w:p w14:paraId="3C3400D7"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32111877"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06658460" w14:textId="77777777" w:rsidTr="00FB50E0">
        <w:trPr>
          <w:trHeight w:val="377"/>
          <w:jc w:val="center"/>
        </w:trPr>
        <w:tc>
          <w:tcPr>
            <w:tcW w:w="2320" w:type="dxa"/>
            <w:vAlign w:val="center"/>
          </w:tcPr>
          <w:p w14:paraId="56F74A5E"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67ECE6F7"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77341890" w14:textId="77777777" w:rsidTr="00FB50E0">
        <w:trPr>
          <w:trHeight w:val="377"/>
          <w:jc w:val="center"/>
        </w:trPr>
        <w:tc>
          <w:tcPr>
            <w:tcW w:w="2320" w:type="dxa"/>
            <w:vAlign w:val="center"/>
          </w:tcPr>
          <w:p w14:paraId="7F9406E7"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6CD9B650"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0018E665" w14:textId="77777777" w:rsidTr="00FB50E0">
        <w:trPr>
          <w:trHeight w:val="398"/>
          <w:jc w:val="center"/>
        </w:trPr>
        <w:tc>
          <w:tcPr>
            <w:tcW w:w="2320" w:type="dxa"/>
            <w:vAlign w:val="center"/>
          </w:tcPr>
          <w:p w14:paraId="249F561C"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0FB72526"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564B5E06"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AFD82" w14:textId="77777777" w:rsidR="00E91B76" w:rsidRDefault="00E91B76" w:rsidP="00FA7B09">
      <w:pPr>
        <w:spacing w:after="0" w:line="240" w:lineRule="auto"/>
      </w:pPr>
      <w:r>
        <w:separator/>
      </w:r>
    </w:p>
  </w:endnote>
  <w:endnote w:type="continuationSeparator" w:id="0">
    <w:p w14:paraId="16CDDB93" w14:textId="77777777" w:rsidR="00E91B76" w:rsidRDefault="00E91B76"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2119B" w14:textId="77777777" w:rsidR="00E91B76" w:rsidRDefault="00E91B76" w:rsidP="00FA7B09">
      <w:pPr>
        <w:spacing w:after="0" w:line="240" w:lineRule="auto"/>
      </w:pPr>
      <w:r>
        <w:separator/>
      </w:r>
    </w:p>
  </w:footnote>
  <w:footnote w:type="continuationSeparator" w:id="0">
    <w:p w14:paraId="266E98B8" w14:textId="77777777" w:rsidR="00E91B76" w:rsidRDefault="00E91B76"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494A" w14:textId="70D4B831" w:rsidR="00FA7B09" w:rsidRDefault="0003085C" w:rsidP="00FA7B09">
    <w:pPr>
      <w:pStyle w:val="Header"/>
    </w:pPr>
    <w:r>
      <w:rPr>
        <w:noProof/>
      </w:rPr>
      <w:drawing>
        <wp:anchor distT="0" distB="0" distL="114300" distR="114300" simplePos="0" relativeHeight="251658240" behindDoc="1" locked="0" layoutInCell="1" allowOverlap="1" wp14:anchorId="2BAB28A9" wp14:editId="48A76084">
          <wp:simplePos x="0" y="0"/>
          <wp:positionH relativeFrom="column">
            <wp:posOffset>-1143000</wp:posOffset>
          </wp:positionH>
          <wp:positionV relativeFrom="paragraph">
            <wp:posOffset>-457200</wp:posOffset>
          </wp:positionV>
          <wp:extent cx="7899400" cy="1504950"/>
          <wp:effectExtent l="0" t="0" r="6350" b="0"/>
          <wp:wrapTight wrapText="bothSides">
            <wp:wrapPolygon edited="0">
              <wp:start x="0" y="0"/>
              <wp:lineTo x="0" y="21327"/>
              <wp:lineTo x="21565" y="21327"/>
              <wp:lineTo x="21565"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899400" cy="1504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85C"/>
    <w:rsid w:val="00034616"/>
    <w:rsid w:val="000571F0"/>
    <w:rsid w:val="0006063C"/>
    <w:rsid w:val="000C10C6"/>
    <w:rsid w:val="0015074B"/>
    <w:rsid w:val="0029639D"/>
    <w:rsid w:val="00326F90"/>
    <w:rsid w:val="00383F0F"/>
    <w:rsid w:val="00404B2F"/>
    <w:rsid w:val="00655BFE"/>
    <w:rsid w:val="00687C7F"/>
    <w:rsid w:val="00694E62"/>
    <w:rsid w:val="00913BB3"/>
    <w:rsid w:val="009440B3"/>
    <w:rsid w:val="009E4002"/>
    <w:rsid w:val="009E7020"/>
    <w:rsid w:val="00AA1D8D"/>
    <w:rsid w:val="00B47730"/>
    <w:rsid w:val="00CB0664"/>
    <w:rsid w:val="00D3645F"/>
    <w:rsid w:val="00D476E3"/>
    <w:rsid w:val="00E01F49"/>
    <w:rsid w:val="00E91B76"/>
    <w:rsid w:val="00F37435"/>
    <w:rsid w:val="00FA7B09"/>
    <w:rsid w:val="00FB33D3"/>
    <w:rsid w:val="00FB50E0"/>
    <w:rsid w:val="00FC2ED9"/>
    <w:rsid w:val="00FC693F"/>
    <w:rsid w:val="00FF2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298EE5"/>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iete.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12</cp:revision>
  <dcterms:created xsi:type="dcterms:W3CDTF">2013-12-23T23:15:00Z</dcterms:created>
  <dcterms:modified xsi:type="dcterms:W3CDTF">2026-06-21T11:22:00Z</dcterms:modified>
  <cp:category/>
</cp:coreProperties>
</file>